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4E7" w:rsidRPr="00EE5FC0" w:rsidRDefault="00EE5FC0">
      <w:pPr>
        <w:spacing w:after="40"/>
        <w:rPr>
          <w:lang w:val="fr-FR"/>
        </w:rPr>
      </w:pPr>
      <w:r w:rsidRPr="00EE5FC0">
        <w:rPr>
          <w:i/>
          <w:color w:val="7F7F7F"/>
          <w:lang w:val="fr-FR"/>
        </w:rPr>
        <w:t>[Prénom NOM]</w:t>
      </w:r>
    </w:p>
    <w:p w:rsidR="001554E7" w:rsidRPr="00EE5FC0" w:rsidRDefault="00EE5FC0">
      <w:pPr>
        <w:spacing w:after="40"/>
        <w:rPr>
          <w:lang w:val="fr-FR"/>
        </w:rPr>
      </w:pPr>
      <w:r w:rsidRPr="00EE5FC0">
        <w:rPr>
          <w:i/>
          <w:color w:val="7F7F7F"/>
          <w:lang w:val="fr-FR"/>
        </w:rPr>
        <w:t>[Fonction : Professeur(e) d'Éducation Physique et Sportive]</w:t>
      </w:r>
    </w:p>
    <w:p w:rsidR="001554E7" w:rsidRPr="00EE5FC0" w:rsidRDefault="00EE5FC0">
      <w:pPr>
        <w:spacing w:after="40"/>
        <w:rPr>
          <w:lang w:val="fr-FR"/>
        </w:rPr>
      </w:pPr>
      <w:r w:rsidRPr="00EE5FC0">
        <w:rPr>
          <w:i/>
          <w:color w:val="7F7F7F"/>
          <w:lang w:val="fr-FR"/>
        </w:rPr>
        <w:t>[Établissement]</w:t>
      </w:r>
    </w:p>
    <w:p w:rsidR="001554E7" w:rsidRPr="00EE5FC0" w:rsidRDefault="00EE5FC0">
      <w:pPr>
        <w:spacing w:after="40"/>
        <w:rPr>
          <w:lang w:val="fr-FR"/>
        </w:rPr>
      </w:pPr>
      <w:r w:rsidRPr="00EE5FC0">
        <w:rPr>
          <w:i/>
          <w:color w:val="7F7F7F"/>
          <w:lang w:val="fr-FR"/>
        </w:rPr>
        <w:t>[Adresse de l'établissement]</w:t>
      </w:r>
    </w:p>
    <w:p w:rsidR="001554E7" w:rsidRPr="00EE5FC0" w:rsidRDefault="001554E7">
      <w:pPr>
        <w:rPr>
          <w:lang w:val="fr-FR"/>
        </w:rPr>
      </w:pPr>
    </w:p>
    <w:p w:rsidR="001554E7" w:rsidRPr="00EE5FC0" w:rsidRDefault="00EE5FC0">
      <w:pPr>
        <w:rPr>
          <w:lang w:val="fr-FR"/>
        </w:rPr>
      </w:pPr>
      <w:r w:rsidRPr="00EE5FC0">
        <w:rPr>
          <w:lang w:val="fr-FR"/>
        </w:rPr>
        <w:t xml:space="preserve">À l'attention de </w:t>
      </w:r>
    </w:p>
    <w:p w:rsidR="001554E7" w:rsidRPr="00EE5FC0" w:rsidRDefault="00EE5FC0">
      <w:pPr>
        <w:spacing w:after="40"/>
        <w:rPr>
          <w:lang w:val="fr-FR"/>
        </w:rPr>
      </w:pPr>
      <w:r w:rsidRPr="00EE5FC0">
        <w:rPr>
          <w:i/>
          <w:color w:val="7F7F7F"/>
          <w:lang w:val="fr-FR"/>
        </w:rPr>
        <w:t>[Nom du chef d'établissement]</w:t>
      </w:r>
    </w:p>
    <w:p w:rsidR="001554E7" w:rsidRPr="00EE5FC0" w:rsidRDefault="00EE5FC0">
      <w:pPr>
        <w:spacing w:after="40"/>
        <w:rPr>
          <w:lang w:val="fr-FR"/>
        </w:rPr>
      </w:pPr>
      <w:r w:rsidRPr="00EE5FC0">
        <w:rPr>
          <w:i/>
          <w:color w:val="7F7F7F"/>
          <w:lang w:val="fr-FR"/>
        </w:rPr>
        <w:t>[Fonction : Principal(e) / Proviseur(e)]</w:t>
      </w:r>
    </w:p>
    <w:p w:rsidR="001554E7" w:rsidRPr="00EE5FC0" w:rsidRDefault="00EE5FC0">
      <w:pPr>
        <w:spacing w:after="40"/>
        <w:rPr>
          <w:lang w:val="fr-FR"/>
        </w:rPr>
      </w:pPr>
      <w:r w:rsidRPr="00EE5FC0">
        <w:rPr>
          <w:i/>
          <w:color w:val="7F7F7F"/>
          <w:lang w:val="fr-FR"/>
        </w:rPr>
        <w:t>[Établissement]</w:t>
      </w:r>
    </w:p>
    <w:p w:rsidR="001554E7" w:rsidRPr="00EE5FC0" w:rsidRDefault="001554E7">
      <w:pPr>
        <w:rPr>
          <w:lang w:val="fr-FR"/>
        </w:rPr>
      </w:pPr>
    </w:p>
    <w:p w:rsidR="001554E7" w:rsidRPr="00EE5FC0" w:rsidRDefault="001554E7">
      <w:pPr>
        <w:rPr>
          <w:lang w:val="fr-FR"/>
        </w:rPr>
      </w:pPr>
      <w:bookmarkStart w:id="0" w:name="_GoBack"/>
      <w:bookmarkEnd w:id="0"/>
    </w:p>
    <w:p w:rsidR="001554E7" w:rsidRPr="00EE5FC0" w:rsidRDefault="00EE5FC0">
      <w:pPr>
        <w:jc w:val="right"/>
        <w:rPr>
          <w:lang w:val="fr-FR"/>
        </w:rPr>
      </w:pPr>
      <w:r w:rsidRPr="00EE5FC0">
        <w:rPr>
          <w:i/>
          <w:lang w:val="fr-FR"/>
        </w:rPr>
        <w:t>[Ville], le [date]</w:t>
      </w:r>
    </w:p>
    <w:p w:rsidR="001554E7" w:rsidRPr="00EE5FC0" w:rsidRDefault="001554E7">
      <w:pPr>
        <w:rPr>
          <w:lang w:val="fr-FR"/>
        </w:rPr>
      </w:pPr>
    </w:p>
    <w:p w:rsidR="001554E7" w:rsidRPr="00EE5FC0" w:rsidRDefault="00EE5FC0">
      <w:pPr>
        <w:rPr>
          <w:lang w:val="fr-FR"/>
        </w:rPr>
      </w:pPr>
      <w:r w:rsidRPr="00EE5FC0">
        <w:rPr>
          <w:b/>
          <w:lang w:val="fr-FR"/>
        </w:rPr>
        <w:t>Objet : Demande de protections auditives individuelles (EPI) au titre de la prévention des risques professionnels</w:t>
      </w:r>
    </w:p>
    <w:p w:rsidR="001554E7" w:rsidRPr="00EE5FC0" w:rsidRDefault="001554E7">
      <w:pPr>
        <w:rPr>
          <w:lang w:val="fr-FR"/>
        </w:rPr>
      </w:pPr>
    </w:p>
    <w:p w:rsidR="001554E7" w:rsidRPr="00EE5FC0" w:rsidRDefault="00EE5FC0">
      <w:pPr>
        <w:rPr>
          <w:lang w:val="fr-FR"/>
        </w:rPr>
      </w:pPr>
      <w:r w:rsidRPr="00EE5FC0">
        <w:rPr>
          <w:lang w:val="fr-FR"/>
        </w:rPr>
        <w:t>Madame, Monsieur [le/la Prin</w:t>
      </w:r>
      <w:r w:rsidRPr="00EE5FC0">
        <w:rPr>
          <w:lang w:val="fr-FR"/>
        </w:rPr>
        <w:t>cipal(e) / Proviseur(e)],</w:t>
      </w:r>
    </w:p>
    <w:p w:rsidR="001554E7" w:rsidRPr="00EE5FC0" w:rsidRDefault="00EE5FC0">
      <w:pPr>
        <w:rPr>
          <w:lang w:val="fr-FR"/>
        </w:rPr>
      </w:pPr>
      <w:r w:rsidRPr="00EE5FC0">
        <w:rPr>
          <w:lang w:val="fr-FR"/>
        </w:rPr>
        <w:t xml:space="preserve">En qualité de professeur(e) d'Éducation Physique et Sportive au sein de [nom de l'établissement], j'exerce quotidiennement mon enseignement dans des installations sportives (gymnase, salle de sport, [préciser si plusieurs lieux]) </w:t>
      </w:r>
      <w:r w:rsidRPr="00EE5FC0">
        <w:rPr>
          <w:lang w:val="fr-FR"/>
        </w:rPr>
        <w:t xml:space="preserve">où le niveau sonore est régulièrement élevé : sifflets, réverbération des voix dans des espaces peu traités acoustiquement, musique lors des activités de danse ou d'expression gymnique, chocs de ballons, et présence simultanée de plusieurs groupes dans un </w:t>
      </w:r>
      <w:r w:rsidRPr="00EE5FC0">
        <w:rPr>
          <w:lang w:val="fr-FR"/>
        </w:rPr>
        <w:t>même volume.</w:t>
      </w:r>
    </w:p>
    <w:p w:rsidR="001554E7" w:rsidRPr="00EE5FC0" w:rsidRDefault="00EE5FC0">
      <w:pPr>
        <w:rPr>
          <w:lang w:val="fr-FR"/>
        </w:rPr>
      </w:pPr>
      <w:r w:rsidRPr="00EE5FC0">
        <w:rPr>
          <w:lang w:val="fr-FR"/>
        </w:rPr>
        <w:t>Cette exposition sonore, répétée quotidiennement sur l'ensemble de l'année scolaire, constitue selon moi un facteur de risque pour ma santé auditive, susceptible d'entraîner à terme une fatigue auditive, des acouphènes, voire une atteinte audi</w:t>
      </w:r>
      <w:r w:rsidRPr="00EE5FC0">
        <w:rPr>
          <w:lang w:val="fr-FR"/>
        </w:rPr>
        <w:t>tive durable.</w:t>
      </w:r>
    </w:p>
    <w:p w:rsidR="001554E7" w:rsidRPr="00EE5FC0" w:rsidRDefault="00EE5FC0">
      <w:pPr>
        <w:rPr>
          <w:lang w:val="fr-FR"/>
        </w:rPr>
      </w:pPr>
      <w:r w:rsidRPr="00EE5FC0">
        <w:rPr>
          <w:lang w:val="fr-FR"/>
        </w:rPr>
        <w:t>Je souhaite rappeler que l'article R.4434-7 du Code du travail prévoit que, lorsque les mesures de prévention collective ne permettent pas de supprimer le risque lié au bruit, l'employeur doit mettre à la disposition des travailleurs concerné</w:t>
      </w:r>
      <w:r w:rsidRPr="00EE5FC0">
        <w:rPr>
          <w:lang w:val="fr-FR"/>
        </w:rPr>
        <w:t>s des protecteurs auditifs individuels appropriés et correctement adaptés. Ces équipements de protection individuelle (EPI) doivent, conformément à la réglementation, être fournis gratuitement et répondre à la norme NF EN 352-2.</w:t>
      </w:r>
    </w:p>
    <w:p w:rsidR="001554E7" w:rsidRPr="00EE5FC0" w:rsidRDefault="00EE5FC0">
      <w:pPr>
        <w:rPr>
          <w:lang w:val="fr-FR"/>
        </w:rPr>
      </w:pPr>
      <w:r w:rsidRPr="00EE5FC0">
        <w:rPr>
          <w:lang w:val="fr-FR"/>
        </w:rPr>
        <w:t>Par la présente, je sollici</w:t>
      </w:r>
      <w:r w:rsidRPr="00EE5FC0">
        <w:rPr>
          <w:lang w:val="fr-FR"/>
        </w:rPr>
        <w:t>te donc :</w:t>
      </w:r>
    </w:p>
    <w:p w:rsidR="001554E7" w:rsidRPr="00EE5FC0" w:rsidRDefault="00EE5FC0">
      <w:pPr>
        <w:pStyle w:val="Listepuces"/>
        <w:rPr>
          <w:lang w:val="fr-FR"/>
        </w:rPr>
      </w:pPr>
      <w:proofErr w:type="gramStart"/>
      <w:r w:rsidRPr="00EE5FC0">
        <w:rPr>
          <w:lang w:val="fr-FR"/>
        </w:rPr>
        <w:t>la</w:t>
      </w:r>
      <w:proofErr w:type="gramEnd"/>
      <w:r w:rsidRPr="00EE5FC0">
        <w:rPr>
          <w:lang w:val="fr-FR"/>
        </w:rPr>
        <w:t xml:space="preserve"> mise en place d'une évaluation du niveau sonore dans les installations sportives que j'utilise, le cas échéant intégrée au document unique d'évaluation des risques professionnels (DUERP) de l'établissement ;</w:t>
      </w:r>
    </w:p>
    <w:p w:rsidR="001554E7" w:rsidRPr="00EE5FC0" w:rsidRDefault="00EE5FC0">
      <w:pPr>
        <w:pStyle w:val="Listepuces"/>
        <w:rPr>
          <w:lang w:val="fr-FR"/>
        </w:rPr>
      </w:pPr>
      <w:proofErr w:type="gramStart"/>
      <w:r w:rsidRPr="00EE5FC0">
        <w:rPr>
          <w:lang w:val="fr-FR"/>
        </w:rPr>
        <w:lastRenderedPageBreak/>
        <w:t>la</w:t>
      </w:r>
      <w:proofErr w:type="gramEnd"/>
      <w:r w:rsidRPr="00EE5FC0">
        <w:rPr>
          <w:lang w:val="fr-FR"/>
        </w:rPr>
        <w:t xml:space="preserve"> fourniture de protections auditi</w:t>
      </w:r>
      <w:r w:rsidRPr="00EE5FC0">
        <w:rPr>
          <w:lang w:val="fr-FR"/>
        </w:rPr>
        <w:t>ves individuelles adaptées à mon activité, permettant d'atténuer les fréquences sonores dangereuses tout en préservant l'intelligibilité de la parole nécessaire à l'encadrement des élèves (type bouchons à filtre acoustique sélectif) ;</w:t>
      </w:r>
    </w:p>
    <w:p w:rsidR="001554E7" w:rsidRPr="00EE5FC0" w:rsidRDefault="00EE5FC0">
      <w:pPr>
        <w:pStyle w:val="Listepuces"/>
        <w:rPr>
          <w:lang w:val="fr-FR"/>
        </w:rPr>
      </w:pPr>
      <w:proofErr w:type="gramStart"/>
      <w:r w:rsidRPr="00EE5FC0">
        <w:rPr>
          <w:lang w:val="fr-FR"/>
        </w:rPr>
        <w:t>si</w:t>
      </w:r>
      <w:proofErr w:type="gramEnd"/>
      <w:r w:rsidRPr="00EE5FC0">
        <w:rPr>
          <w:lang w:val="fr-FR"/>
        </w:rPr>
        <w:t xml:space="preserve"> possible, une orie</w:t>
      </w:r>
      <w:r w:rsidRPr="00EE5FC0">
        <w:rPr>
          <w:lang w:val="fr-FR"/>
        </w:rPr>
        <w:t>ntation vers la médecine de prévention du rectorat afin d'évaluer la pertinence d'un examen auditif préalable et d'une prise d'empreinte en vue de protections sur mesure.</w:t>
      </w:r>
    </w:p>
    <w:p w:rsidR="001554E7" w:rsidRPr="00EE5FC0" w:rsidRDefault="00EE5FC0">
      <w:pPr>
        <w:rPr>
          <w:lang w:val="fr-FR"/>
        </w:rPr>
      </w:pPr>
      <w:r w:rsidRPr="00EE5FC0">
        <w:rPr>
          <w:lang w:val="fr-FR"/>
        </w:rPr>
        <w:t xml:space="preserve">Je me tiens à votre disposition pour échanger sur cette demande et vous remercie par </w:t>
      </w:r>
      <w:r w:rsidRPr="00EE5FC0">
        <w:rPr>
          <w:lang w:val="fr-FR"/>
        </w:rPr>
        <w:t>avance de l'attention que vous porterez à ce sujet.</w:t>
      </w:r>
    </w:p>
    <w:p w:rsidR="001554E7" w:rsidRPr="00EE5FC0" w:rsidRDefault="00EE5FC0">
      <w:pPr>
        <w:rPr>
          <w:lang w:val="fr-FR"/>
        </w:rPr>
      </w:pPr>
      <w:r w:rsidRPr="00EE5FC0">
        <w:rPr>
          <w:lang w:val="fr-FR"/>
        </w:rPr>
        <w:t>Je vous prie d'agréer, Madame, Monsieur [le/la Principal(e) / Proviseur(e)], l'expression de mes salutations distinguées.</w:t>
      </w:r>
    </w:p>
    <w:p w:rsidR="001554E7" w:rsidRPr="00EE5FC0" w:rsidRDefault="001554E7">
      <w:pPr>
        <w:rPr>
          <w:lang w:val="fr-FR"/>
        </w:rPr>
      </w:pPr>
    </w:p>
    <w:p w:rsidR="001554E7" w:rsidRPr="00EE5FC0" w:rsidRDefault="00EE5FC0">
      <w:pPr>
        <w:rPr>
          <w:lang w:val="fr-FR"/>
        </w:rPr>
      </w:pPr>
      <w:r w:rsidRPr="00EE5FC0">
        <w:rPr>
          <w:b/>
          <w:lang w:val="fr-FR"/>
        </w:rPr>
        <w:t>[Prénom NOM]</w:t>
      </w:r>
    </w:p>
    <w:p w:rsidR="001554E7" w:rsidRPr="00EE5FC0" w:rsidRDefault="00EE5FC0">
      <w:pPr>
        <w:rPr>
          <w:lang w:val="fr-FR"/>
        </w:rPr>
      </w:pPr>
      <w:r w:rsidRPr="00EE5FC0">
        <w:rPr>
          <w:lang w:val="fr-FR"/>
        </w:rPr>
        <w:t>[Signature]</w:t>
      </w:r>
    </w:p>
    <w:p w:rsidR="001554E7" w:rsidRPr="00EE5FC0" w:rsidRDefault="001554E7">
      <w:pPr>
        <w:rPr>
          <w:lang w:val="fr-FR"/>
        </w:rPr>
      </w:pPr>
    </w:p>
    <w:p w:rsidR="001554E7" w:rsidRPr="00EE5FC0" w:rsidRDefault="00EE5FC0">
      <w:pPr>
        <w:rPr>
          <w:lang w:val="fr-FR"/>
        </w:rPr>
      </w:pPr>
      <w:r w:rsidRPr="00EE5FC0">
        <w:rPr>
          <w:color w:val="999999"/>
          <w:sz w:val="16"/>
          <w:lang w:val="fr-FR"/>
        </w:rPr>
        <w:t>____________________________________________________________</w:t>
      </w:r>
    </w:p>
    <w:p w:rsidR="001554E7" w:rsidRPr="00EE5FC0" w:rsidRDefault="00EE5FC0">
      <w:pPr>
        <w:rPr>
          <w:lang w:val="fr-FR"/>
        </w:rPr>
      </w:pPr>
      <w:r w:rsidRPr="00EE5FC0">
        <w:rPr>
          <w:i/>
          <w:color w:val="666666"/>
          <w:sz w:val="18"/>
          <w:lang w:val="fr-FR"/>
        </w:rPr>
        <w:t>Pièces jointes éventuelles : fiche technique de protections auditives sur mesure, texte académique de référence si existant, extrait de l'article R.4434-7 du Code du travail.</w:t>
      </w:r>
    </w:p>
    <w:sectPr w:rsidR="001554E7" w:rsidRPr="00EE5FC0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54E7"/>
    <w:rsid w:val="0029639D"/>
    <w:rsid w:val="00326F90"/>
    <w:rsid w:val="00AA1D8D"/>
    <w:rsid w:val="00B47730"/>
    <w:rsid w:val="00CB0664"/>
    <w:rsid w:val="00EE5FC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D0814"/>
  <w14:defaultImageDpi w14:val="300"/>
  <w15:docId w15:val="{CE0AE6E7-7144-454A-8F02-CAF739BB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80" w:after="280"/>
      <w:outlineLvl w:val="0"/>
    </w:pPr>
    <w:rPr>
      <w:rFonts w:asciiTheme="majorHAnsi" w:eastAsiaTheme="majorEastAsia" w:hAnsiTheme="majorHAnsi" w:cstheme="majorBidi"/>
      <w:b/>
      <w:bCs/>
      <w:color w:val="1F4E79"/>
      <w:sz w:val="40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320"/>
      <w:outlineLvl w:val="1"/>
    </w:pPr>
    <w:rPr>
      <w:rFonts w:asciiTheme="majorHAnsi" w:eastAsiaTheme="majorEastAsia" w:hAnsiTheme="majorHAnsi" w:cstheme="majorBidi"/>
      <w:b/>
      <w:bCs/>
      <w:color w:val="1F4E79"/>
      <w:sz w:val="30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ntro">
    <w:name w:val="Intro"/>
    <w:basedOn w:val="Normal"/>
    <w:rPr>
      <w:i/>
      <w:color w:val="333333"/>
      <w:sz w:val="24"/>
    </w:rPr>
  </w:style>
  <w:style w:type="paragraph" w:customStyle="1" w:styleId="Callout">
    <w:name w:val="Callout"/>
    <w:basedOn w:val="Normal"/>
    <w:rPr>
      <w:color w:val="1F4E7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E7ADD3-4432-2949-9529-5868136AD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François LIEURY</cp:lastModifiedBy>
  <cp:revision>2</cp:revision>
  <dcterms:created xsi:type="dcterms:W3CDTF">2013-12-23T23:15:00Z</dcterms:created>
  <dcterms:modified xsi:type="dcterms:W3CDTF">2026-09-14T20:42:00Z</dcterms:modified>
  <cp:category/>
</cp:coreProperties>
</file>